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2EB5A" w14:textId="258D5417" w:rsidR="003A5B90" w:rsidRDefault="003A5B90" w:rsidP="003A5B90">
      <w:pPr>
        <w:pStyle w:val="Heading1"/>
        <w:jc w:val="center"/>
      </w:pPr>
      <w:r>
        <w:rPr>
          <w:noProof/>
        </w:rPr>
        <w:drawing>
          <wp:inline distT="0" distB="0" distL="0" distR="0" wp14:anchorId="39DFC722" wp14:editId="58E7267C">
            <wp:extent cx="2987299" cy="1112616"/>
            <wp:effectExtent l="0" t="0" r="0" b="0"/>
            <wp:docPr id="112023372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33728" name="Picture 11202337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299" cy="111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1F84C" w14:textId="3FCBA6B3" w:rsidR="00E30633" w:rsidRDefault="003471B4">
      <w:pPr>
        <w:pStyle w:val="Heading1"/>
      </w:pPr>
      <w:r>
        <w:t>Jesus as Savior – Week 3</w:t>
      </w:r>
    </w:p>
    <w:p w14:paraId="47FF2DD0" w14:textId="77777777" w:rsidR="00E30633" w:rsidRDefault="003471B4">
      <w:pPr>
        <w:pStyle w:val="Heading2"/>
      </w:pPr>
      <w:r>
        <w:t>Personal Devotional</w:t>
      </w:r>
    </w:p>
    <w:p w14:paraId="238D52DD" w14:textId="06171568" w:rsidR="00E30633" w:rsidRDefault="003471B4">
      <w:r>
        <w:t>Sermon</w:t>
      </w:r>
      <w:proofErr w:type="gramStart"/>
      <w:r w:rsidR="00E64346">
        <w:t xml:space="preserve">:  </w:t>
      </w:r>
      <w:r w:rsidRPr="00E64346">
        <w:rPr>
          <w:b/>
          <w:bCs/>
        </w:rPr>
        <w:t>When</w:t>
      </w:r>
      <w:proofErr w:type="gramEnd"/>
      <w:r w:rsidRPr="00E64346">
        <w:rPr>
          <w:b/>
          <w:bCs/>
        </w:rPr>
        <w:t xml:space="preserve"> the Grave Lost</w:t>
      </w:r>
    </w:p>
    <w:p w14:paraId="7FB0BB01" w14:textId="3BC0C20D" w:rsidR="00E30633" w:rsidRDefault="00E64346">
      <w:r>
        <w:t xml:space="preserve">The Big Idea:   </w:t>
      </w:r>
      <w:r w:rsidR="003471B4">
        <w:t>Jesus saves by defeating death and giving new life through His resurrection.</w:t>
      </w:r>
      <w:r w:rsidR="003471B4">
        <w:br/>
      </w:r>
    </w:p>
    <w:p w14:paraId="3A030395" w14:textId="77777777" w:rsidR="00E30633" w:rsidRDefault="003471B4">
      <w:pPr>
        <w:pStyle w:val="Heading2"/>
      </w:pPr>
      <w:r>
        <w:t>WORSHIP – Making Space for Life</w:t>
      </w:r>
    </w:p>
    <w:p w14:paraId="20AD4C77" w14:textId="77777777" w:rsidR="00E30633" w:rsidRDefault="003471B4">
      <w:r>
        <w:t>Before reading Scripture, pause.</w:t>
      </w:r>
      <w:r>
        <w:br/>
      </w:r>
      <w:r>
        <w:br/>
        <w:t>Take a deep breath.</w:t>
      </w:r>
      <w:r>
        <w:br/>
        <w:t>Then another.</w:t>
      </w:r>
      <w:r>
        <w:br/>
      </w:r>
      <w:r>
        <w:br/>
        <w:t>Let yourself become aware of God’s presence.</w:t>
      </w:r>
    </w:p>
    <w:p w14:paraId="335B22D6" w14:textId="77777777" w:rsidR="00E30633" w:rsidRPr="00706200" w:rsidRDefault="003471B4">
      <w:pPr>
        <w:rPr>
          <w:b/>
          <w:bCs/>
        </w:rPr>
      </w:pPr>
      <w:r w:rsidRPr="00706200">
        <w:rPr>
          <w:b/>
          <w:bCs/>
        </w:rPr>
        <w:t>Reflection</w:t>
      </w:r>
    </w:p>
    <w:p w14:paraId="4A5428A9" w14:textId="77777777" w:rsidR="00E30633" w:rsidRDefault="003471B4" w:rsidP="00706200">
      <w:pPr>
        <w:pStyle w:val="ListBullet"/>
        <w:numPr>
          <w:ilvl w:val="0"/>
          <w:numId w:val="0"/>
        </w:numPr>
        <w:ind w:left="360"/>
      </w:pPr>
      <w:r>
        <w:t>Where in your life do you feel stuck, tired, or worn down?</w:t>
      </w:r>
    </w:p>
    <w:p w14:paraId="19A8A8B9" w14:textId="77777777" w:rsidR="00E30633" w:rsidRDefault="003471B4" w:rsidP="00706200">
      <w:pPr>
        <w:pStyle w:val="ListBullet"/>
        <w:numPr>
          <w:ilvl w:val="0"/>
          <w:numId w:val="0"/>
        </w:numPr>
        <w:ind w:left="360"/>
      </w:pPr>
      <w:r>
        <w:t>Are there areas where you’ve settled for managing sin instead of believing God can bring new life?</w:t>
      </w:r>
    </w:p>
    <w:p w14:paraId="765D8610" w14:textId="77777777" w:rsidR="00E30633" w:rsidRDefault="003471B4" w:rsidP="00706200">
      <w:pPr>
        <w:pStyle w:val="ListBullet"/>
        <w:numPr>
          <w:ilvl w:val="0"/>
          <w:numId w:val="0"/>
        </w:numPr>
        <w:ind w:left="360"/>
      </w:pPr>
      <w:r>
        <w:t>Do you tend to view the Christian life as trying harder or living empowered?</w:t>
      </w:r>
    </w:p>
    <w:p w14:paraId="2DBB53E9" w14:textId="2C5B7C95" w:rsidR="00E30633" w:rsidRDefault="003471B4">
      <w:r>
        <w:t>Don’t rush to fix anything. Simply notice.</w:t>
      </w:r>
    </w:p>
    <w:p w14:paraId="068EEA24" w14:textId="77777777" w:rsidR="00E30633" w:rsidRDefault="003471B4">
      <w:r>
        <w:t>Read this slowly, even aloud if you can:</w:t>
      </w:r>
      <w:r>
        <w:br/>
      </w:r>
      <w:r>
        <w:br/>
      </w:r>
      <w:r w:rsidRPr="0007313E">
        <w:rPr>
          <w:b/>
          <w:bCs/>
          <w:i/>
          <w:iCs/>
        </w:rPr>
        <w:t>“Jesus didn’t come to make bad people better—He came to make dead people alive.”</w:t>
      </w:r>
    </w:p>
    <w:p w14:paraId="33B9080C" w14:textId="77777777" w:rsidR="00E30633" w:rsidRDefault="003471B4">
      <w:r>
        <w:t>Thank Jesus that Christianity is not about self-improvement, but resurrection.</w:t>
      </w:r>
      <w:r>
        <w:br/>
      </w:r>
      <w:r>
        <w:br/>
        <w:t>Sit with gratitude for a moment.</w:t>
      </w:r>
    </w:p>
    <w:p w14:paraId="427665E9" w14:textId="77777777" w:rsidR="008633F9" w:rsidRDefault="008633F9" w:rsidP="008633F9">
      <w:pPr>
        <w:pStyle w:val="Heading2"/>
      </w:pPr>
    </w:p>
    <w:p w14:paraId="06A775BF" w14:textId="77777777" w:rsidR="008633F9" w:rsidRDefault="008633F9" w:rsidP="008633F9">
      <w:pPr>
        <w:pStyle w:val="Heading2"/>
      </w:pPr>
    </w:p>
    <w:p w14:paraId="418BF335" w14:textId="77777777" w:rsidR="008633F9" w:rsidRDefault="008633F9" w:rsidP="008633F9">
      <w:pPr>
        <w:pStyle w:val="Heading2"/>
      </w:pPr>
    </w:p>
    <w:p w14:paraId="1D4E1CCD" w14:textId="77777777" w:rsidR="008633F9" w:rsidRDefault="008633F9" w:rsidP="008633F9">
      <w:pPr>
        <w:pStyle w:val="Heading2"/>
      </w:pPr>
    </w:p>
    <w:p w14:paraId="2A08FB8C" w14:textId="77777777" w:rsidR="00657754" w:rsidRDefault="00657754" w:rsidP="008633F9">
      <w:pPr>
        <w:pStyle w:val="Heading2"/>
      </w:pPr>
    </w:p>
    <w:p w14:paraId="4AC7115F" w14:textId="30904738" w:rsidR="00E30633" w:rsidRDefault="003471B4" w:rsidP="008633F9">
      <w:pPr>
        <w:pStyle w:val="Heading2"/>
      </w:pPr>
      <w:r>
        <w:t xml:space="preserve">WORD – United </w:t>
      </w:r>
      <w:proofErr w:type="gramStart"/>
      <w:r>
        <w:t>With</w:t>
      </w:r>
      <w:proofErr w:type="gramEnd"/>
      <w:r>
        <w:t xml:space="preserve"> the Risen Christ</w:t>
      </w:r>
    </w:p>
    <w:p w14:paraId="51F24E4A" w14:textId="77777777" w:rsidR="00E30633" w:rsidRDefault="003471B4">
      <w:r>
        <w:t>Slowly read or reflect on these passages:</w:t>
      </w:r>
    </w:p>
    <w:p w14:paraId="57B2527C" w14:textId="77777777" w:rsidR="00E30633" w:rsidRDefault="003471B4" w:rsidP="008633F9">
      <w:pPr>
        <w:pStyle w:val="ListBullet"/>
        <w:numPr>
          <w:ilvl w:val="0"/>
          <w:numId w:val="0"/>
        </w:numPr>
        <w:ind w:left="360"/>
      </w:pPr>
      <w:r>
        <w:t>Romans 6:1–11 – United with Christ in death and resurrection</w:t>
      </w:r>
    </w:p>
    <w:p w14:paraId="6F134492" w14:textId="77777777" w:rsidR="00E30633" w:rsidRDefault="003471B4" w:rsidP="008633F9">
      <w:pPr>
        <w:pStyle w:val="ListBullet"/>
        <w:numPr>
          <w:ilvl w:val="0"/>
          <w:numId w:val="0"/>
        </w:numPr>
        <w:ind w:left="360"/>
      </w:pPr>
      <w:r>
        <w:t>1 Corinthians 15:20–22 – Christ raised as the firstfruits</w:t>
      </w:r>
    </w:p>
    <w:p w14:paraId="513A99F6" w14:textId="77777777" w:rsidR="00E30633" w:rsidRDefault="003471B4" w:rsidP="008633F9">
      <w:pPr>
        <w:pStyle w:val="ListBullet"/>
        <w:numPr>
          <w:ilvl w:val="0"/>
          <w:numId w:val="0"/>
        </w:numPr>
        <w:ind w:left="360"/>
      </w:pPr>
      <w:r>
        <w:t>Romans 8:10–11 – The Spirit giving life now</w:t>
      </w:r>
    </w:p>
    <w:p w14:paraId="5031550C" w14:textId="77777777" w:rsidR="00E30633" w:rsidRDefault="003471B4">
      <w:r>
        <w:t>As you read, notice how often Paul speaks of:</w:t>
      </w:r>
    </w:p>
    <w:p w14:paraId="0F988FAB" w14:textId="77777777" w:rsidR="00E30633" w:rsidRDefault="003471B4" w:rsidP="008633F9">
      <w:pPr>
        <w:pStyle w:val="ListBullet"/>
        <w:numPr>
          <w:ilvl w:val="0"/>
          <w:numId w:val="0"/>
        </w:numPr>
        <w:ind w:left="360"/>
      </w:pPr>
      <w:r>
        <w:t>Union (with Christ)</w:t>
      </w:r>
    </w:p>
    <w:p w14:paraId="6ACC5295" w14:textId="77777777" w:rsidR="00E30633" w:rsidRDefault="003471B4" w:rsidP="008633F9">
      <w:pPr>
        <w:pStyle w:val="ListBullet"/>
        <w:numPr>
          <w:ilvl w:val="0"/>
          <w:numId w:val="0"/>
        </w:numPr>
        <w:ind w:left="360"/>
      </w:pPr>
      <w:r>
        <w:t>New life</w:t>
      </w:r>
    </w:p>
    <w:p w14:paraId="3B891890" w14:textId="77777777" w:rsidR="00E30633" w:rsidRDefault="003471B4" w:rsidP="008633F9">
      <w:pPr>
        <w:pStyle w:val="ListBullet"/>
        <w:numPr>
          <w:ilvl w:val="0"/>
          <w:numId w:val="0"/>
        </w:numPr>
        <w:ind w:left="360"/>
      </w:pPr>
      <w:r>
        <w:t>Present transformation, not just future hope</w:t>
      </w:r>
    </w:p>
    <w:p w14:paraId="15801E83" w14:textId="77777777" w:rsidR="00E30633" w:rsidRPr="008633F9" w:rsidRDefault="003471B4">
      <w:pPr>
        <w:rPr>
          <w:b/>
          <w:bCs/>
        </w:rPr>
      </w:pPr>
      <w:r w:rsidRPr="008633F9">
        <w:rPr>
          <w:b/>
          <w:bCs/>
        </w:rPr>
        <w:t>Reflect</w:t>
      </w:r>
    </w:p>
    <w:p w14:paraId="6F1F4507" w14:textId="77777777" w:rsidR="00E30633" w:rsidRDefault="003471B4" w:rsidP="008633F9">
      <w:pPr>
        <w:pStyle w:val="ListBullet"/>
        <w:numPr>
          <w:ilvl w:val="0"/>
          <w:numId w:val="0"/>
        </w:numPr>
        <w:ind w:left="360"/>
      </w:pPr>
      <w:r>
        <w:t>According to Paul, what happened to you when Christ was raised from the dead?</w:t>
      </w:r>
    </w:p>
    <w:p w14:paraId="1DA81BA6" w14:textId="77777777" w:rsidR="00E30633" w:rsidRDefault="003471B4" w:rsidP="008633F9">
      <w:pPr>
        <w:pStyle w:val="ListBullet"/>
        <w:numPr>
          <w:ilvl w:val="0"/>
          <w:numId w:val="0"/>
        </w:numPr>
        <w:ind w:left="360"/>
      </w:pPr>
      <w:r>
        <w:t xml:space="preserve">How is resurrection described—as something </w:t>
      </w:r>
      <w:proofErr w:type="gramStart"/>
      <w:r>
        <w:t>only</w:t>
      </w:r>
      <w:proofErr w:type="gramEnd"/>
      <w:r>
        <w:t xml:space="preserve"> future, or something already at work?</w:t>
      </w:r>
    </w:p>
    <w:p w14:paraId="55397DC1" w14:textId="77777777" w:rsidR="00E30633" w:rsidRDefault="003471B4" w:rsidP="008633F9">
      <w:pPr>
        <w:pStyle w:val="ListBullet"/>
        <w:numPr>
          <w:ilvl w:val="0"/>
          <w:numId w:val="0"/>
        </w:numPr>
        <w:ind w:left="360"/>
      </w:pPr>
      <w:r>
        <w:t>What feels hardest to believe today: forgiveness, belonging, or real change?</w:t>
      </w:r>
    </w:p>
    <w:p w14:paraId="4C0DAC8B" w14:textId="6F3C7938" w:rsidR="00E30633" w:rsidRDefault="003471B4">
      <w:r>
        <w:t>Core Gospel Truth</w:t>
      </w:r>
      <w:r>
        <w:br/>
      </w:r>
      <w:r>
        <w:br/>
      </w:r>
      <w:r w:rsidRPr="0007313E">
        <w:rPr>
          <w:b/>
          <w:bCs/>
          <w:i/>
          <w:iCs/>
        </w:rPr>
        <w:t>“Resurrection is not just something we wait for—it is a life we walk in.”</w:t>
      </w:r>
    </w:p>
    <w:p w14:paraId="43A13281" w14:textId="77777777" w:rsidR="00E30633" w:rsidRDefault="003471B4">
      <w:r>
        <w:t>Jesus’ resurrection isn’t only a promise about heaven; it’s power for today.</w:t>
      </w:r>
    </w:p>
    <w:p w14:paraId="61B62DAC" w14:textId="77777777" w:rsidR="00657754" w:rsidRDefault="00657754"/>
    <w:p w14:paraId="1A1B48D2" w14:textId="77777777" w:rsidR="00E30633" w:rsidRDefault="003471B4">
      <w:pPr>
        <w:pStyle w:val="Heading2"/>
      </w:pPr>
      <w:r>
        <w:t xml:space="preserve">PRAYER – Living </w:t>
      </w:r>
      <w:proofErr w:type="gramStart"/>
      <w:r>
        <w:t>From</w:t>
      </w:r>
      <w:proofErr w:type="gramEnd"/>
      <w:r>
        <w:t xml:space="preserve"> Resurrection Power</w:t>
      </w:r>
    </w:p>
    <w:p w14:paraId="23C55E7B" w14:textId="77777777" w:rsidR="00E30633" w:rsidRPr="00657754" w:rsidRDefault="003471B4">
      <w:pPr>
        <w:rPr>
          <w:b/>
          <w:bCs/>
        </w:rPr>
      </w:pPr>
      <w:r w:rsidRPr="00657754">
        <w:rPr>
          <w:b/>
          <w:bCs/>
        </w:rPr>
        <w:t>Confession</w:t>
      </w:r>
    </w:p>
    <w:p w14:paraId="65C66561" w14:textId="77777777" w:rsidR="00E30633" w:rsidRDefault="003471B4">
      <w:r>
        <w:t>Begin with honesty before God:</w:t>
      </w:r>
      <w:r>
        <w:br/>
      </w:r>
      <w:r>
        <w:br/>
        <w:t>“Lord, I confess that I often live as if the grave still has influence over me—through fear, shame, or helplessness.”</w:t>
      </w:r>
    </w:p>
    <w:p w14:paraId="072C2C22" w14:textId="77777777" w:rsidR="00E30633" w:rsidRDefault="003471B4">
      <w:r>
        <w:t>Pause. Let the Spirit bring anything to mind without condemnation.</w:t>
      </w:r>
    </w:p>
    <w:p w14:paraId="44A5CB6D" w14:textId="77777777" w:rsidR="00E30633" w:rsidRDefault="003471B4">
      <w:r>
        <w:lastRenderedPageBreak/>
        <w:t>Receiving Prayer</w:t>
      </w:r>
    </w:p>
    <w:p w14:paraId="2779DB7B" w14:textId="77777777" w:rsidR="00E30633" w:rsidRDefault="003471B4">
      <w:r>
        <w:t>Pray slowly, using your own words or these:</w:t>
      </w:r>
      <w:r>
        <w:br/>
      </w:r>
      <w:r>
        <w:br/>
        <w:t xml:space="preserve">“Jesus, thank You that death did not get the last word. Thank You that because You live, I can walk in newness of life. Holy Spirit, help me live today not from striving, but from resurrection </w:t>
      </w:r>
      <w:proofErr w:type="gramStart"/>
      <w:r>
        <w:t>power.”</w:t>
      </w:r>
      <w:proofErr w:type="gramEnd"/>
    </w:p>
    <w:p w14:paraId="08E5D115" w14:textId="77777777" w:rsidR="00E30633" w:rsidRDefault="003471B4">
      <w:r>
        <w:t>Surrender</w:t>
      </w:r>
    </w:p>
    <w:p w14:paraId="7392CC79" w14:textId="77777777" w:rsidR="00E30633" w:rsidRDefault="003471B4">
      <w:r>
        <w:t>End by offering your life afresh:</w:t>
      </w:r>
      <w:r>
        <w:br/>
      </w:r>
      <w:r>
        <w:br/>
        <w:t>“Lord, I offer You my weaknesses, my struggles, and my future. Teach me to walk as someone who is alive in Christ.”</w:t>
      </w:r>
    </w:p>
    <w:p w14:paraId="61BB207C" w14:textId="77777777" w:rsidR="00E30633" w:rsidRDefault="003471B4">
      <w:r>
        <w:t>Amen.</w:t>
      </w:r>
    </w:p>
    <w:p w14:paraId="62DA2FDA" w14:textId="77777777" w:rsidR="00E30633" w:rsidRDefault="003471B4">
      <w:r>
        <w:t>Closing Encouragement</w:t>
      </w:r>
    </w:p>
    <w:p w14:paraId="676AB33B" w14:textId="77777777" w:rsidR="00E30633" w:rsidRPr="00D07122" w:rsidRDefault="003471B4">
      <w:pPr>
        <w:rPr>
          <w:b/>
          <w:bCs/>
        </w:rPr>
      </w:pPr>
      <w:r w:rsidRPr="00D07122">
        <w:rPr>
          <w:b/>
          <w:bCs/>
        </w:rPr>
        <w:t>Because Jesus rose:</w:t>
      </w:r>
    </w:p>
    <w:p w14:paraId="036AD400" w14:textId="77777777" w:rsidR="00E30633" w:rsidRDefault="003471B4" w:rsidP="00D07122">
      <w:pPr>
        <w:pStyle w:val="ListBullet"/>
        <w:numPr>
          <w:ilvl w:val="0"/>
          <w:numId w:val="0"/>
        </w:numPr>
        <w:ind w:left="360"/>
      </w:pPr>
      <w:r>
        <w:t>Sin lost its mastery</w:t>
      </w:r>
    </w:p>
    <w:p w14:paraId="3453B741" w14:textId="77777777" w:rsidR="00E30633" w:rsidRDefault="003471B4" w:rsidP="00D07122">
      <w:pPr>
        <w:pStyle w:val="ListBullet"/>
        <w:numPr>
          <w:ilvl w:val="0"/>
          <w:numId w:val="0"/>
        </w:numPr>
        <w:ind w:left="360"/>
      </w:pPr>
      <w:r>
        <w:t>Death lost its dominance</w:t>
      </w:r>
    </w:p>
    <w:p w14:paraId="0AA9F562" w14:textId="77777777" w:rsidR="00E30633" w:rsidRDefault="003471B4" w:rsidP="00D07122">
      <w:pPr>
        <w:pStyle w:val="ListBullet"/>
        <w:numPr>
          <w:ilvl w:val="0"/>
          <w:numId w:val="0"/>
        </w:numPr>
        <w:ind w:left="360"/>
      </w:pPr>
      <w:r>
        <w:t>Hope came alive</w:t>
      </w:r>
    </w:p>
    <w:p w14:paraId="0C852974" w14:textId="77777777" w:rsidR="00D07122" w:rsidRDefault="003471B4">
      <w:pPr>
        <w:rPr>
          <w:b/>
          <w:bCs/>
          <w:i/>
          <w:iCs/>
        </w:rPr>
      </w:pPr>
      <w:r w:rsidRPr="00D07122">
        <w:rPr>
          <w:b/>
          <w:bCs/>
          <w:i/>
          <w:iCs/>
        </w:rPr>
        <w:t xml:space="preserve">The grave </w:t>
      </w:r>
      <w:proofErr w:type="gramStart"/>
      <w:r w:rsidRPr="00D07122">
        <w:rPr>
          <w:b/>
          <w:bCs/>
          <w:i/>
          <w:iCs/>
        </w:rPr>
        <w:t>lost</w:t>
      </w:r>
      <w:proofErr w:type="gramEnd"/>
      <w:r w:rsidRPr="00D07122">
        <w:rPr>
          <w:b/>
          <w:bCs/>
          <w:i/>
          <w:iCs/>
        </w:rPr>
        <w:t>.</w:t>
      </w:r>
    </w:p>
    <w:p w14:paraId="278C4ADD" w14:textId="77777777" w:rsidR="00D07122" w:rsidRDefault="003471B4">
      <w:pPr>
        <w:rPr>
          <w:b/>
          <w:bCs/>
          <w:i/>
          <w:iCs/>
        </w:rPr>
      </w:pPr>
      <w:r w:rsidRPr="00D07122">
        <w:rPr>
          <w:b/>
          <w:bCs/>
          <w:i/>
          <w:iCs/>
        </w:rPr>
        <w:br/>
        <w:t>Jesus lives.</w:t>
      </w:r>
    </w:p>
    <w:p w14:paraId="35376FFE" w14:textId="34097302" w:rsidR="00E30633" w:rsidRPr="00D07122" w:rsidRDefault="003471B4">
      <w:pPr>
        <w:rPr>
          <w:b/>
          <w:bCs/>
          <w:i/>
          <w:iCs/>
        </w:rPr>
      </w:pPr>
      <w:r w:rsidRPr="00D07122">
        <w:rPr>
          <w:b/>
          <w:bCs/>
          <w:i/>
          <w:iCs/>
        </w:rPr>
        <w:br/>
        <w:t>And new life has begun</w:t>
      </w:r>
      <w:r w:rsidR="001E1255">
        <w:rPr>
          <w:b/>
          <w:bCs/>
          <w:i/>
          <w:iCs/>
        </w:rPr>
        <w:t>!</w:t>
      </w:r>
    </w:p>
    <w:sectPr w:rsidR="00E30633" w:rsidRPr="00D0712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458855">
    <w:abstractNumId w:val="8"/>
  </w:num>
  <w:num w:numId="2" w16cid:durableId="986057630">
    <w:abstractNumId w:val="6"/>
  </w:num>
  <w:num w:numId="3" w16cid:durableId="591208939">
    <w:abstractNumId w:val="5"/>
  </w:num>
  <w:num w:numId="4" w16cid:durableId="1426225622">
    <w:abstractNumId w:val="4"/>
  </w:num>
  <w:num w:numId="5" w16cid:durableId="1851026446">
    <w:abstractNumId w:val="7"/>
  </w:num>
  <w:num w:numId="6" w16cid:durableId="693311958">
    <w:abstractNumId w:val="3"/>
  </w:num>
  <w:num w:numId="7" w16cid:durableId="134572776">
    <w:abstractNumId w:val="2"/>
  </w:num>
  <w:num w:numId="8" w16cid:durableId="1214074190">
    <w:abstractNumId w:val="1"/>
  </w:num>
  <w:num w:numId="9" w16cid:durableId="75209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313E"/>
    <w:rsid w:val="0015074B"/>
    <w:rsid w:val="001E1255"/>
    <w:rsid w:val="00283FE5"/>
    <w:rsid w:val="0029639D"/>
    <w:rsid w:val="00326F90"/>
    <w:rsid w:val="00332153"/>
    <w:rsid w:val="003471B4"/>
    <w:rsid w:val="003A5B90"/>
    <w:rsid w:val="00657754"/>
    <w:rsid w:val="00706200"/>
    <w:rsid w:val="008633F9"/>
    <w:rsid w:val="00AA1D8D"/>
    <w:rsid w:val="00B47730"/>
    <w:rsid w:val="00CB0664"/>
    <w:rsid w:val="00D07122"/>
    <w:rsid w:val="00E30633"/>
    <w:rsid w:val="00E643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36D2B2"/>
  <w14:defaultImageDpi w14:val="300"/>
  <w15:docId w15:val="{125EBEFD-AFAB-0247-BCB7-E499CAD0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Leanna Hernandez</cp:lastModifiedBy>
  <cp:revision>2</cp:revision>
  <dcterms:created xsi:type="dcterms:W3CDTF">2026-04-22T17:39:00Z</dcterms:created>
  <dcterms:modified xsi:type="dcterms:W3CDTF">2026-04-22T17:39:00Z</dcterms:modified>
  <cp:category/>
</cp:coreProperties>
</file>